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{Имя Фамилия}</w:t>
      </w:r>
    </w:p>
    <w:p>
      <w:r>
        <w:rPr>
          <w:i/>
          <w:color w:val="555555"/>
          <w:sz w:val="26"/>
        </w:rPr>
        <w:t>{Должность}</w:t>
      </w:r>
    </w:p>
    <w:p>
      <w:r>
        <w:rPr>
          <w:color w:val="777777"/>
          <w:sz w:val="20"/>
        </w:rPr>
        <w:t>{Почта} · {Телефон} · {Город} · {Адрес сайта} · {Гитхаб}</w:t>
      </w:r>
    </w:p>
    <w:p/>
    <w:p>
      <w:pPr>
        <w:pStyle w:val="Heading1"/>
      </w:pPr>
      <w:r>
        <w:t>О себе</w:t>
      </w:r>
    </w:p>
    <w:p>
      <w:r>
        <w:t>{Краткое описание: кто вы, ваш опыт, сильные стороны и цели.}</w:t>
      </w:r>
    </w:p>
    <w:p>
      <w:pPr>
        <w:pStyle w:val="Heading1"/>
      </w:pPr>
      <w:r>
        <w:t>Опыт работы</w:t>
      </w:r>
    </w:p>
    <w:p>
      <w:r>
        <w:rPr>
          <w:b/>
          <w:sz w:val="24"/>
        </w:rPr>
        <w:t>{Должность}</w:t>
      </w:r>
      <w:r>
        <w:rPr>
          <w:color w:val="888888"/>
          <w:sz w:val="20"/>
        </w:rPr>
        <w:t xml:space="preserve">  ({Год — Наст. время})</w:t>
      </w:r>
    </w:p>
    <w:p>
      <w:r>
        <w:rPr>
          <w:i/>
          <w:sz w:val="21"/>
        </w:rPr>
        <w:t>{Компания} · {Тип занятости}</w:t>
      </w:r>
    </w:p>
    <w:p>
      <w:r>
        <w:t>{Описание обязанностей}</w:t>
      </w:r>
    </w:p>
    <w:p/>
    <w:p>
      <w:pPr>
        <w:pStyle w:val="Heading1"/>
      </w:pPr>
      <w:r>
        <w:t>Образование</w:t>
      </w:r>
    </w:p>
    <w:p>
      <w:r>
        <w:rPr>
          <w:b/>
        </w:rPr>
        <w:t>{Степень}, {Специальность}</w:t>
      </w:r>
    </w:p>
    <w:p>
      <w:r>
        <w:t>{Университет, Город}</w:t>
      </w:r>
    </w:p>
    <w:p>
      <w:r>
        <w:rPr>
          <w:color w:val="888888"/>
          <w:sz w:val="20"/>
        </w:rPr>
        <w:t>{Год поступления — Год окончания}</w:t>
      </w:r>
    </w:p>
    <w:p>
      <w:pPr>
        <w:pStyle w:val="Heading1"/>
      </w:pPr>
      <w:r>
        <w:t>Проекты</w:t>
      </w:r>
    </w:p>
    <w:p>
      <w:r>
        <w:rPr>
          <w:b/>
        </w:rPr>
        <w:t>{Название проекта}</w:t>
      </w:r>
    </w:p>
    <w:p>
      <w:r>
        <w:t>{Описание проекта}</w:t>
      </w:r>
    </w:p>
    <w:p>
      <w:r>
        <w:rPr>
          <w:color w:val="666666"/>
          <w:sz w:val="19"/>
        </w:rPr>
        <w:t>{Тег 1} | {Тег 2}</w:t>
      </w:r>
    </w:p>
    <w:p/>
    <w:p>
      <w:pPr>
        <w:pStyle w:val="Heading1"/>
      </w:pPr>
      <w:r>
        <w:t>Навыки</w:t>
      </w:r>
    </w:p>
    <w:p>
      <w:r>
        <w:t>{Навык 1}, {Навык 2}, {Навык 3}</w:t>
      </w:r>
    </w:p>
    <w:p>
      <w:pPr>
        <w:pStyle w:val="Heading1"/>
      </w:pPr>
      <w:r>
        <w:t>Инструменты</w:t>
      </w:r>
    </w:p>
    <w:p>
      <w:r>
        <w:t>{Инструмент 1}, {Инструмент 2}</w:t>
      </w:r>
    </w:p>
    <w:p>
      <w:pPr>
        <w:pStyle w:val="Heading1"/>
      </w:pPr>
      <w:r>
        <w:t>Языки</w:t>
      </w:r>
    </w:p>
    <w:p>
      <w:r>
        <w:t>{Язык 1}, {Язык 2}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